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</w:t>
      </w:r>
      <w:r w:rsidR="00D45743">
        <w:rPr>
          <w:sz w:val="32"/>
          <w:szCs w:val="32"/>
          <w:lang w:val="el-GR"/>
        </w:rPr>
        <w:t xml:space="preserve"> </w:t>
      </w:r>
      <w:r w:rsidRPr="00862F2F">
        <w:rPr>
          <w:sz w:val="32"/>
          <w:szCs w:val="32"/>
          <w:lang w:val="el-GR"/>
        </w:rPr>
        <w:t>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2A1BF7">
        <w:rPr>
          <w:b/>
          <w:bCs/>
          <w:color w:val="943634" w:themeColor="accent2" w:themeShade="BF"/>
          <w:sz w:val="28"/>
          <w:szCs w:val="28"/>
          <w:lang w:val="el-GR"/>
        </w:rPr>
        <w:t>ΜΑΡΤΙΟΣ</w:t>
      </w:r>
      <w:r w:rsidR="00625F5A">
        <w:rPr>
          <w:b/>
          <w:bCs/>
          <w:color w:val="943634" w:themeColor="accent2" w:themeShade="BF"/>
          <w:sz w:val="28"/>
          <w:szCs w:val="28"/>
          <w:lang w:val="el-GR"/>
        </w:rPr>
        <w:t xml:space="preserve"> 2026</w:t>
      </w:r>
    </w:p>
    <w:tbl>
      <w:tblPr>
        <w:tblStyle w:val="afa"/>
        <w:tblW w:w="9072" w:type="dxa"/>
        <w:tblLook w:val="04A0"/>
      </w:tblPr>
      <w:tblGrid>
        <w:gridCol w:w="1864"/>
        <w:gridCol w:w="1470"/>
        <w:gridCol w:w="422"/>
        <w:gridCol w:w="6001"/>
      </w:tblGrid>
      <w:tr w:rsidR="002C0BBB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C24E91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1C2312" w:rsidRPr="00C24E91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C24E91" w:rsidRDefault="00541BD1" w:rsidP="00541BD1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1C2312" w:rsidRPr="00C24E91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ΣΚΙΝΕΣ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C24E91" w:rsidRDefault="005F3A0C" w:rsidP="005F3A0C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825B5C" w:rsidRDefault="00825B5C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9731F0" w:rsidRDefault="000D729F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2,3,</w:t>
            </w:r>
            <w:r w:rsidR="00126D05">
              <w:rPr>
                <w:b/>
                <w:sz w:val="36"/>
                <w:szCs w:val="36"/>
                <w:lang w:val="el-GR"/>
              </w:rPr>
              <w:t xml:space="preserve"> </w:t>
            </w:r>
            <w:r>
              <w:rPr>
                <w:b/>
                <w:sz w:val="36"/>
                <w:szCs w:val="36"/>
                <w:lang w:val="el-GR"/>
              </w:rPr>
              <w:t>5,6,9,10,11,12,</w:t>
            </w:r>
            <w:r w:rsidR="009731F0">
              <w:rPr>
                <w:b/>
                <w:sz w:val="36"/>
                <w:szCs w:val="36"/>
                <w:lang w:val="el-GR"/>
              </w:rPr>
              <w:t>13,16</w:t>
            </w:r>
            <w:r w:rsidR="00EB55C2">
              <w:rPr>
                <w:b/>
                <w:sz w:val="36"/>
                <w:szCs w:val="36"/>
                <w:lang w:val="el-GR"/>
              </w:rPr>
              <w:t>,19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 w:rsidR="009731F0">
              <w:rPr>
                <w:b/>
                <w:sz w:val="36"/>
                <w:szCs w:val="36"/>
                <w:lang w:val="el-GR"/>
              </w:rPr>
              <w:t>23</w:t>
            </w:r>
          </w:p>
          <w:p w:rsidR="001C2312" w:rsidRPr="00E45F29" w:rsidRDefault="009731F0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24,</w:t>
            </w:r>
            <w:r w:rsidR="00AA30D5">
              <w:rPr>
                <w:b/>
                <w:sz w:val="36"/>
                <w:szCs w:val="36"/>
                <w:lang w:val="el-GR"/>
              </w:rPr>
              <w:t>26</w:t>
            </w:r>
            <w:r>
              <w:rPr>
                <w:b/>
                <w:sz w:val="36"/>
                <w:szCs w:val="36"/>
                <w:lang w:val="el-GR"/>
              </w:rPr>
              <w:t>,31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E45F29" w:rsidRDefault="000D729F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 w:rsidR="009731F0">
              <w:rPr>
                <w:b/>
                <w:sz w:val="36"/>
                <w:szCs w:val="36"/>
                <w:lang w:val="el-GR"/>
              </w:rPr>
              <w:t>18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2C0BBB" w:rsidRDefault="000D729F" w:rsidP="000D729F">
            <w:pPr>
              <w:jc w:val="center"/>
              <w:rPr>
                <w:b/>
                <w:sz w:val="40"/>
                <w:szCs w:val="40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11</w:t>
            </w:r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Default="001C2312" w:rsidP="00974EC3">
            <w:pPr>
              <w:jc w:val="center"/>
              <w:rPr>
                <w:b/>
                <w:lang w:val="el-GR"/>
              </w:rPr>
            </w:pPr>
          </w:p>
          <w:p w:rsidR="008C5283" w:rsidRPr="00C24E91" w:rsidRDefault="008C5283" w:rsidP="00974EC3">
            <w:pPr>
              <w:jc w:val="center"/>
              <w:rPr>
                <w:rFonts w:cs="Tahoma"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24E91">
              <w:rPr>
                <w:rFonts w:cs="Tahoma"/>
                <w:b/>
                <w:sz w:val="20"/>
                <w:szCs w:val="20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A04FF5" w:rsidRDefault="00A04FF5" w:rsidP="00A83BBC">
            <w:pPr>
              <w:jc w:val="center"/>
            </w:pPr>
            <w: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Pr="00A037D3" w:rsidRDefault="009731F0" w:rsidP="009731F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9</w:t>
            </w:r>
            <w:r w:rsidR="00AA30D5">
              <w:rPr>
                <w:b/>
                <w:sz w:val="36"/>
                <w:szCs w:val="36"/>
                <w:lang w:val="el-GR"/>
              </w:rPr>
              <w:t>,1</w:t>
            </w:r>
            <w:r>
              <w:rPr>
                <w:b/>
                <w:sz w:val="36"/>
                <w:szCs w:val="36"/>
                <w:lang w:val="el-GR"/>
              </w:rPr>
              <w:t>8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24,31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1C2312" w:rsidRPr="009731F0" w:rsidRDefault="00AA30D5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3,</w:t>
            </w:r>
            <w:r w:rsidR="009731F0">
              <w:rPr>
                <w:b/>
                <w:sz w:val="36"/>
                <w:szCs w:val="36"/>
                <w:lang w:val="el-GR"/>
              </w:rPr>
              <w:t>9</w:t>
            </w:r>
            <w:r>
              <w:rPr>
                <w:b/>
                <w:sz w:val="36"/>
                <w:szCs w:val="36"/>
                <w:lang w:val="el-GR"/>
              </w:rPr>
              <w:t>,1</w:t>
            </w:r>
            <w:r w:rsidR="009731F0">
              <w:rPr>
                <w:b/>
                <w:sz w:val="36"/>
                <w:szCs w:val="36"/>
                <w:lang w:val="el-GR"/>
              </w:rPr>
              <w:t>9</w:t>
            </w:r>
            <w:r w:rsidR="000D01FC">
              <w:rPr>
                <w:b/>
                <w:sz w:val="36"/>
                <w:szCs w:val="36"/>
              </w:rPr>
              <w:t>,2</w:t>
            </w:r>
            <w:r w:rsidR="009731F0">
              <w:rPr>
                <w:b/>
                <w:sz w:val="36"/>
                <w:szCs w:val="36"/>
                <w:lang w:val="el-GR"/>
              </w:rPr>
              <w:t>6</w:t>
            </w: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AA30D5" w:rsidP="007801AA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</w:t>
            </w:r>
            <w:r w:rsidR="009731F0">
              <w:rPr>
                <w:b/>
                <w:sz w:val="36"/>
                <w:szCs w:val="36"/>
                <w:lang w:val="el-GR"/>
              </w:rPr>
              <w:t>2</w:t>
            </w:r>
          </w:p>
          <w:p w:rsidR="008A1422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7801AA" w:rsidRPr="00E45F29" w:rsidRDefault="007801AA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7801AA" w:rsidRPr="00E45F29" w:rsidRDefault="009731F0" w:rsidP="007801AA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9</w:t>
            </w:r>
            <w:r w:rsidR="007801AA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26</w:t>
            </w:r>
          </w:p>
          <w:p w:rsidR="008A1422" w:rsidRPr="009731F0" w:rsidRDefault="009731F0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3,19</w:t>
            </w:r>
          </w:p>
        </w:tc>
      </w:tr>
      <w:tr w:rsidR="002C0BBB" w:rsidRPr="008C5283" w:rsidTr="009731F0">
        <w:trPr>
          <w:trHeight w:val="145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DA10F5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1C2312" w:rsidRPr="00C24E91" w:rsidRDefault="000D01FC" w:rsidP="009731F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</w:t>
            </w:r>
            <w:r>
              <w:rPr>
                <w:b/>
                <w:sz w:val="36"/>
                <w:szCs w:val="36"/>
              </w:rPr>
              <w:t>-</w:t>
            </w:r>
            <w:r w:rsidR="009731F0">
              <w:rPr>
                <w:b/>
                <w:sz w:val="36"/>
                <w:szCs w:val="36"/>
                <w:lang w:val="el-GR"/>
              </w:rPr>
              <w:t>31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DA10F5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9731F0" w:rsidP="009731F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5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11,27</w:t>
            </w:r>
          </w:p>
        </w:tc>
      </w:tr>
      <w:tr w:rsidR="002C0BBB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A83BBC" w:rsidRDefault="001C2312" w:rsidP="00974EC3">
            <w:pPr>
              <w:jc w:val="center"/>
              <w:rPr>
                <w:b/>
                <w:u w:val="single"/>
                <w:lang w:val="el-GR"/>
              </w:rPr>
            </w:pPr>
            <w:r w:rsidRPr="007A6E40">
              <w:rPr>
                <w:b/>
                <w:u w:val="single"/>
                <w:lang w:val="el-GR"/>
              </w:rPr>
              <w:t>ΠΕΡΙΦΕΡΕΙΑΚΟ ΙΑΤΡΕΙΟ</w:t>
            </w:r>
          </w:p>
          <w:p w:rsidR="001C2312" w:rsidRPr="00541BD1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lang w:val="el-GR"/>
              </w:rPr>
              <w:t xml:space="preserve"> </w:t>
            </w:r>
            <w:r w:rsidR="007A6E40" w:rsidRPr="007A6E40">
              <w:rPr>
                <w:b/>
                <w:sz w:val="20"/>
                <w:szCs w:val="20"/>
                <w:lang w:val="el-GR"/>
              </w:rPr>
              <w:t>ΜΕΣΚΛΑ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ΘΕΡΙΣΟΣ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7A6E40" w:rsidRPr="00A83BBC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7A6E40" w:rsidRPr="007A6E40" w:rsidRDefault="007A6E40" w:rsidP="00974EC3">
            <w:pPr>
              <w:jc w:val="center"/>
              <w:rPr>
                <w:b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7A6E40" w:rsidRDefault="00C41B55" w:rsidP="00A83BBC">
            <w:pPr>
              <w:jc w:val="center"/>
            </w:pPr>
            <w:r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1C2312" w:rsidRDefault="00AA30D5" w:rsidP="00AA30D5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</w:t>
            </w:r>
            <w:r w:rsidR="00A037D3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</w:t>
            </w:r>
            <w:r w:rsidR="009731F0">
              <w:rPr>
                <w:b/>
                <w:sz w:val="36"/>
                <w:szCs w:val="36"/>
                <w:lang w:val="el-GR"/>
              </w:rPr>
              <w:t>2</w:t>
            </w:r>
            <w:r w:rsidR="00A037D3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18,2</w:t>
            </w:r>
            <w:r w:rsidR="009731F0">
              <w:rPr>
                <w:b/>
                <w:sz w:val="36"/>
                <w:szCs w:val="36"/>
                <w:lang w:val="el-GR"/>
              </w:rPr>
              <w:t>6</w:t>
            </w: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A037D3" w:rsidRDefault="009731F0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9</w:t>
            </w:r>
            <w:r w:rsidR="00AA30D5">
              <w:rPr>
                <w:b/>
                <w:sz w:val="36"/>
                <w:szCs w:val="36"/>
                <w:lang w:val="el-GR"/>
              </w:rPr>
              <w:t>,1</w:t>
            </w:r>
            <w:r>
              <w:rPr>
                <w:b/>
                <w:sz w:val="36"/>
                <w:szCs w:val="36"/>
                <w:lang w:val="el-GR"/>
              </w:rPr>
              <w:t>8,27(ΕΟΔΥ)</w:t>
            </w:r>
          </w:p>
          <w:p w:rsidR="00C24E91" w:rsidRDefault="00C24E91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E45F29" w:rsidRPr="00E45F29" w:rsidRDefault="009B3929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2,</w:t>
            </w:r>
            <w:r w:rsidR="002A3600">
              <w:rPr>
                <w:b/>
                <w:sz w:val="36"/>
                <w:szCs w:val="36"/>
                <w:lang w:val="el-GR"/>
              </w:rPr>
              <w:t>11</w:t>
            </w:r>
            <w:r>
              <w:rPr>
                <w:b/>
                <w:sz w:val="36"/>
                <w:szCs w:val="36"/>
                <w:lang w:val="el-GR"/>
              </w:rPr>
              <w:t>,19</w:t>
            </w:r>
            <w:r w:rsidR="002A3600">
              <w:rPr>
                <w:b/>
                <w:sz w:val="36"/>
                <w:szCs w:val="36"/>
                <w:lang w:val="el-GR"/>
              </w:rPr>
              <w:t>,23(ΕΟΔΥ)</w:t>
            </w:r>
          </w:p>
        </w:tc>
      </w:tr>
      <w:tr w:rsidR="002C0BBB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6A2E73" w:rsidRPr="00E45F29" w:rsidRDefault="001C2312" w:rsidP="00E45F29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</w:rPr>
              <w:lastRenderedPageBreak/>
              <w:t>ΠΕΡΙΦΕΡΕΙΑΚΟ ΙΑΤΡΕΙΟ</w:t>
            </w:r>
          </w:p>
          <w:p w:rsidR="006A2E73" w:rsidRPr="006A2E73" w:rsidRDefault="00DA10F5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B62C11" w:rsidRDefault="00B62C11" w:rsidP="00A83BBC">
            <w:pPr>
              <w:jc w:val="center"/>
            </w:pPr>
            <w:r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1C2312" w:rsidRPr="00E45F29" w:rsidRDefault="002A3600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</w:t>
            </w:r>
            <w:r w:rsidR="009B3929">
              <w:rPr>
                <w:b/>
                <w:sz w:val="36"/>
                <w:szCs w:val="36"/>
                <w:lang w:val="el-GR"/>
              </w:rPr>
              <w:t>,16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E45F29" w:rsidRDefault="001C2312" w:rsidP="00E45F29">
            <w:pPr>
              <w:jc w:val="center"/>
              <w:rPr>
                <w:b/>
                <w:lang w:val="el-GR"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Pr="006A2E73" w:rsidRDefault="00DA10F5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6A2E73" w:rsidRPr="00E45F29" w:rsidRDefault="002A3600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</w:t>
            </w:r>
            <w:r w:rsidR="009B3929">
              <w:rPr>
                <w:b/>
                <w:sz w:val="32"/>
                <w:szCs w:val="32"/>
                <w:lang w:val="el-GR"/>
              </w:rPr>
              <w:t>,1</w:t>
            </w:r>
            <w:r>
              <w:rPr>
                <w:b/>
                <w:sz w:val="32"/>
                <w:szCs w:val="32"/>
                <w:lang w:val="el-GR"/>
              </w:rPr>
              <w:t>7</w:t>
            </w:r>
            <w:r w:rsidR="009B3929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26</w:t>
            </w:r>
          </w:p>
        </w:tc>
      </w:tr>
      <w:tr w:rsidR="002C0BBB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9B392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9B3929">
              <w:rPr>
                <w:rFonts w:asciiTheme="minorHAnsi" w:hAnsiTheme="minorHAnsi"/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9B3929" w:rsidRDefault="00DA10F5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9B3929">
                <w:rPr>
                  <w:rStyle w:val="-"/>
                  <w:rFonts w:asciiTheme="minorHAnsi" w:hAnsiTheme="minorHAnsi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9B3929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2A3600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6</w:t>
            </w:r>
            <w:r w:rsidR="009B3929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12(ΕΟΔΥ)</w:t>
            </w:r>
            <w:r w:rsidR="009B3929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19</w:t>
            </w:r>
            <w:r w:rsidR="005724F9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31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Pr="00E45F29" w:rsidRDefault="00F529E3" w:rsidP="00974EC3">
            <w:pPr>
              <w:jc w:val="center"/>
              <w:rPr>
                <w:b/>
                <w:bCs/>
                <w:sz w:val="20"/>
                <w:szCs w:val="20"/>
              </w:rPr>
            </w:pPr>
            <w:r w:rsidRPr="00E45F29">
              <w:rPr>
                <w:b/>
                <w:bCs/>
                <w:sz w:val="20"/>
                <w:szCs w:val="20"/>
              </w:rPr>
              <w:t xml:space="preserve">ΠΕΡΙΦΕΡΕΙΑΚΟ ΙΑΤΡΕΙΟ </w:t>
            </w:r>
          </w:p>
          <w:p w:rsidR="00F529E3" w:rsidRPr="00E45F29" w:rsidRDefault="00DA10F5" w:rsidP="00974EC3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F529E3" w:rsidRPr="00E45F29">
                <w:rPr>
                  <w:rStyle w:val="-"/>
                  <w:b/>
                  <w:color w:val="auto"/>
                  <w:sz w:val="20"/>
                  <w:szCs w:val="20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Pr="00E45F29" w:rsidRDefault="002A3600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</w:t>
            </w:r>
            <w:r w:rsidR="009B3929">
              <w:rPr>
                <w:b/>
                <w:sz w:val="32"/>
                <w:szCs w:val="32"/>
                <w:lang w:val="el-GR"/>
              </w:rPr>
              <w:t>,1</w:t>
            </w:r>
            <w:r>
              <w:rPr>
                <w:b/>
                <w:sz w:val="32"/>
                <w:szCs w:val="32"/>
                <w:lang w:val="el-GR"/>
              </w:rPr>
              <w:t>0</w:t>
            </w:r>
            <w:r w:rsidR="009B3929">
              <w:rPr>
                <w:b/>
                <w:sz w:val="32"/>
                <w:szCs w:val="32"/>
                <w:lang w:val="el-GR"/>
              </w:rPr>
              <w:t>,1</w:t>
            </w:r>
            <w:r>
              <w:rPr>
                <w:b/>
                <w:sz w:val="32"/>
                <w:szCs w:val="32"/>
                <w:lang w:val="el-GR"/>
              </w:rPr>
              <w:t>8</w:t>
            </w:r>
            <w:r w:rsidR="009B3929">
              <w:rPr>
                <w:b/>
                <w:sz w:val="32"/>
                <w:szCs w:val="32"/>
                <w:lang w:val="el-GR"/>
              </w:rPr>
              <w:t>,2</w:t>
            </w:r>
            <w:r>
              <w:rPr>
                <w:b/>
                <w:sz w:val="32"/>
                <w:szCs w:val="32"/>
                <w:lang w:val="el-GR"/>
              </w:rPr>
              <w:t>4</w:t>
            </w:r>
          </w:p>
        </w:tc>
      </w:tr>
      <w:tr w:rsidR="002C0BBB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E45F29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 xml:space="preserve">ΠΕΡΙΦΕΡΕΙΑΚΟ ΙΑΤΡΕΙΟ </w:t>
            </w:r>
            <w:r w:rsidR="00C707A9" w:rsidRPr="00E45F29">
              <w:rPr>
                <w:b/>
                <w:sz w:val="20"/>
                <w:szCs w:val="20"/>
                <w:lang w:val="el-GR"/>
              </w:rPr>
              <w:t>ΡΟΥΜΑΤΩΝ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ΦΩΤΑΚΑΔΟΥ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E45F29" w:rsidRDefault="001D2D13" w:rsidP="001D2D1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1C2312" w:rsidRDefault="009B39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4,</w:t>
            </w:r>
            <w:r w:rsidR="000D01FC">
              <w:rPr>
                <w:b/>
                <w:sz w:val="36"/>
                <w:szCs w:val="36"/>
              </w:rPr>
              <w:t>11,</w:t>
            </w:r>
            <w:r>
              <w:rPr>
                <w:b/>
                <w:sz w:val="36"/>
                <w:szCs w:val="36"/>
                <w:lang w:val="el-GR"/>
              </w:rPr>
              <w:t>1</w:t>
            </w:r>
            <w:r w:rsidR="002A3600">
              <w:rPr>
                <w:b/>
                <w:sz w:val="36"/>
                <w:szCs w:val="36"/>
                <w:lang w:val="el-GR"/>
              </w:rPr>
              <w:t>8,</w:t>
            </w:r>
            <w:r>
              <w:rPr>
                <w:b/>
                <w:sz w:val="36"/>
                <w:szCs w:val="36"/>
                <w:lang w:val="el-GR"/>
              </w:rPr>
              <w:t>2</w:t>
            </w:r>
            <w:r w:rsidR="002A3600">
              <w:rPr>
                <w:b/>
                <w:sz w:val="36"/>
                <w:szCs w:val="36"/>
                <w:lang w:val="el-GR"/>
              </w:rPr>
              <w:t>4</w:t>
            </w:r>
          </w:p>
          <w:p w:rsidR="00E45F29" w:rsidRDefault="00E45F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9B3929" w:rsidRDefault="002A3600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</w:t>
            </w:r>
            <w:r w:rsidR="009B3929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17,31</w:t>
            </w:r>
          </w:p>
          <w:p w:rsidR="00E45F29" w:rsidRDefault="009B392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 xml:space="preserve"> </w:t>
            </w:r>
          </w:p>
          <w:p w:rsidR="00C24E91" w:rsidRDefault="002A3600" w:rsidP="00C24E91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</w:t>
            </w:r>
            <w:r w:rsidR="00C24E91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17,31</w:t>
            </w:r>
          </w:p>
          <w:p w:rsidR="00E45F29" w:rsidRP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Pr="00E45F29" w:rsidRDefault="001C2312" w:rsidP="00974EC3">
            <w:pPr>
              <w:jc w:val="center"/>
              <w:rPr>
                <w:b/>
                <w:sz w:val="18"/>
                <w:szCs w:val="18"/>
              </w:rPr>
            </w:pPr>
            <w:r w:rsidRPr="00E45F29">
              <w:rPr>
                <w:b/>
                <w:sz w:val="18"/>
                <w:szCs w:val="18"/>
              </w:rPr>
              <w:t>ΠΕΡΙΦΕΡΕΙΑΚΟ ΙΑΤΡΕΙΟ</w:t>
            </w:r>
          </w:p>
          <w:p w:rsidR="00C707A9" w:rsidRPr="00E45F29" w:rsidRDefault="00C707A9" w:rsidP="00974EC3">
            <w:pPr>
              <w:jc w:val="center"/>
              <w:rPr>
                <w:b/>
                <w:sz w:val="18"/>
                <w:szCs w:val="18"/>
              </w:rPr>
            </w:pPr>
          </w:p>
          <w:p w:rsidR="00C707A9" w:rsidRPr="00E45F29" w:rsidRDefault="00DA10F5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hyperlink r:id="rId12" w:history="1">
              <w:r w:rsidR="00C707A9" w:rsidRPr="00E45F29">
                <w:rPr>
                  <w:rStyle w:val="-"/>
                  <w:b/>
                  <w:color w:val="auto"/>
                  <w:sz w:val="18"/>
                  <w:szCs w:val="18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2C0BBB">
            <w:pPr>
              <w:jc w:val="center"/>
            </w:pPr>
          </w:p>
          <w:p w:rsidR="001C2312" w:rsidRPr="004F2819" w:rsidRDefault="004F2819" w:rsidP="002C0BBB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1C2312" w:rsidRPr="002C0BBB" w:rsidRDefault="009B3929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2,3,4,5,6,9,10,11,12,13,16,17,18,19,20,</w:t>
            </w:r>
            <w:r w:rsidR="002A3600">
              <w:rPr>
                <w:b/>
                <w:sz w:val="32"/>
                <w:szCs w:val="32"/>
                <w:lang w:val="el-GR"/>
              </w:rPr>
              <w:t>23, 2</w:t>
            </w:r>
            <w:r>
              <w:rPr>
                <w:b/>
                <w:sz w:val="32"/>
                <w:szCs w:val="32"/>
                <w:lang w:val="el-GR"/>
              </w:rPr>
              <w:t>4,</w:t>
            </w:r>
            <w:r w:rsidR="002A3600">
              <w:rPr>
                <w:b/>
                <w:sz w:val="32"/>
                <w:szCs w:val="32"/>
                <w:lang w:val="el-GR"/>
              </w:rPr>
              <w:t>2</w:t>
            </w:r>
            <w:r>
              <w:rPr>
                <w:b/>
                <w:sz w:val="32"/>
                <w:szCs w:val="32"/>
                <w:lang w:val="el-GR"/>
              </w:rPr>
              <w:t>6,27</w:t>
            </w:r>
            <w:r w:rsidR="002A3600">
              <w:rPr>
                <w:b/>
                <w:sz w:val="32"/>
                <w:szCs w:val="32"/>
                <w:lang w:val="el-GR"/>
              </w:rPr>
              <w:t>,30,31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1C2312" w:rsidRPr="005724F9" w:rsidRDefault="009B3929" w:rsidP="002A3600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2,3,4,5,6,9,10,11,12,</w:t>
            </w:r>
            <w:r w:rsidR="002A3600">
              <w:rPr>
                <w:b/>
                <w:sz w:val="32"/>
                <w:szCs w:val="32"/>
                <w:lang w:val="el-GR"/>
              </w:rPr>
              <w:t>13,</w:t>
            </w:r>
            <w:r>
              <w:rPr>
                <w:b/>
                <w:sz w:val="32"/>
                <w:szCs w:val="32"/>
                <w:lang w:val="el-GR"/>
              </w:rPr>
              <w:t>16,17</w:t>
            </w:r>
            <w:r w:rsidR="00C24E91">
              <w:rPr>
                <w:b/>
                <w:sz w:val="32"/>
                <w:szCs w:val="32"/>
                <w:lang w:val="el-GR"/>
              </w:rPr>
              <w:t>,18,19,20,</w:t>
            </w:r>
            <w:r w:rsidR="002A3600">
              <w:rPr>
                <w:b/>
                <w:sz w:val="32"/>
                <w:szCs w:val="32"/>
                <w:lang w:val="el-GR"/>
              </w:rPr>
              <w:t xml:space="preserve">23, </w:t>
            </w:r>
            <w:r w:rsidR="00C24E91">
              <w:rPr>
                <w:b/>
                <w:sz w:val="32"/>
                <w:szCs w:val="32"/>
                <w:lang w:val="el-GR"/>
              </w:rPr>
              <w:t>24,26,</w:t>
            </w:r>
            <w:r w:rsidR="002A3600">
              <w:rPr>
                <w:b/>
                <w:sz w:val="32"/>
                <w:szCs w:val="32"/>
                <w:lang w:val="el-GR"/>
              </w:rPr>
              <w:t>30,31</w:t>
            </w:r>
          </w:p>
        </w:tc>
      </w:tr>
      <w:tr w:rsidR="002C0BBB" w:rsidRPr="002C0BBB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ΡΟΔΟΒΑΝΙΟΥ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2A3600" w:rsidRDefault="002A3600" w:rsidP="00974EC3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2</w:t>
            </w:r>
            <w:r w:rsidR="009B3929"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,1</w:t>
            </w: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0,</w:t>
            </w:r>
            <w:r w:rsidR="009B3929"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1</w:t>
            </w: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8</w:t>
            </w:r>
            <w:r w:rsidR="009B3929"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,</w:t>
            </w:r>
            <w:r w:rsidR="00805A26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4</w:t>
            </w:r>
          </w:p>
          <w:p w:rsidR="00E45F29" w:rsidRDefault="00E45F2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</w:p>
          <w:p w:rsidR="00F23EED" w:rsidRPr="009B3929" w:rsidRDefault="002A3600" w:rsidP="002A3600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2</w:t>
            </w:r>
            <w:r w:rsidR="009B3929"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,1</w:t>
            </w: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0</w:t>
            </w:r>
            <w:r w:rsidR="009B3929"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,1</w:t>
            </w: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8</w:t>
            </w:r>
            <w:r w:rsidR="009B3929"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,2</w:t>
            </w: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4</w:t>
            </w:r>
          </w:p>
        </w:tc>
      </w:tr>
      <w:tr w:rsidR="00974EC3" w:rsidRPr="002C0BBB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Pr="002C0BBB" w:rsidRDefault="00974EC3" w:rsidP="00974EC3">
            <w:pPr>
              <w:rPr>
                <w:lang w:val="el-GR"/>
              </w:rPr>
            </w:pPr>
          </w:p>
        </w:tc>
      </w:tr>
    </w:tbl>
    <w:p w:rsidR="00C24E91" w:rsidRPr="002A1BF7" w:rsidRDefault="00AA4E25" w:rsidP="00EA173B">
      <w:pPr>
        <w:jc w:val="both"/>
        <w:rPr>
          <w:b/>
          <w:bCs/>
          <w:i/>
          <w:lang w:val="el-GR"/>
        </w:rPr>
      </w:pPr>
      <w:r w:rsidRPr="006B4A39">
        <w:rPr>
          <w:i/>
          <w:lang w:val="el-GR"/>
        </w:rPr>
        <w:br/>
      </w:r>
      <w:proofErr w:type="spellStart"/>
      <w:r w:rsidRPr="00EA173B">
        <w:rPr>
          <w:b/>
          <w:bCs/>
          <w:i/>
          <w:u w:val="single"/>
          <w:lang w:val="el-GR"/>
        </w:rPr>
        <w:t>ΣΗΜΕΙΩΣΗ:</w:t>
      </w:r>
      <w:r w:rsidR="000826F1" w:rsidRPr="00EA173B">
        <w:rPr>
          <w:b/>
          <w:bCs/>
          <w:i/>
          <w:lang w:val="el-GR"/>
        </w:rPr>
        <w:t>Για</w:t>
      </w:r>
      <w:proofErr w:type="spellEnd"/>
      <w:r w:rsidR="000826F1" w:rsidRPr="00EA173B">
        <w:rPr>
          <w:b/>
          <w:bCs/>
          <w:i/>
          <w:lang w:val="el-GR"/>
        </w:rPr>
        <w:t xml:space="preserve">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p w:rsidR="00126D05" w:rsidRDefault="00126D05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5/3 ΠΛΕΜΕΝΙΑΝΑ (ΕΟΔΥ)</w:t>
      </w:r>
    </w:p>
    <w:p w:rsidR="000D01FC" w:rsidRPr="000D01FC" w:rsidRDefault="00126D05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17</w:t>
      </w:r>
      <w:r w:rsidR="000D01FC" w:rsidRPr="000D01FC">
        <w:rPr>
          <w:b/>
          <w:bCs/>
          <w:i/>
          <w:lang w:val="el-GR"/>
        </w:rPr>
        <w:t>/</w:t>
      </w:r>
      <w:r>
        <w:rPr>
          <w:b/>
          <w:bCs/>
          <w:i/>
          <w:lang w:val="el-GR"/>
        </w:rPr>
        <w:t>3 ΣΑΡΑΚΗΝΑ</w:t>
      </w:r>
      <w:r w:rsidR="000D01FC">
        <w:rPr>
          <w:b/>
          <w:bCs/>
          <w:i/>
          <w:lang w:val="el-GR"/>
        </w:rPr>
        <w:t>(ΕΟΔΥ)</w:t>
      </w:r>
    </w:p>
    <w:sectPr w:rsidR="000D01FC" w:rsidRPr="000D01FC" w:rsidSect="00126D05">
      <w:pgSz w:w="12240" w:h="15840"/>
      <w:pgMar w:top="454" w:right="902" w:bottom="454" w:left="17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E624C8"/>
    <w:multiLevelType w:val="hybridMultilevel"/>
    <w:tmpl w:val="A4749D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D01FC"/>
    <w:rsid w:val="000D729F"/>
    <w:rsid w:val="000E2437"/>
    <w:rsid w:val="00126D05"/>
    <w:rsid w:val="00135138"/>
    <w:rsid w:val="00145205"/>
    <w:rsid w:val="0015074B"/>
    <w:rsid w:val="001574B3"/>
    <w:rsid w:val="00176E5E"/>
    <w:rsid w:val="001C2312"/>
    <w:rsid w:val="001D2D13"/>
    <w:rsid w:val="001F068C"/>
    <w:rsid w:val="002228FE"/>
    <w:rsid w:val="00287245"/>
    <w:rsid w:val="0029639D"/>
    <w:rsid w:val="002A1BF7"/>
    <w:rsid w:val="002A3600"/>
    <w:rsid w:val="002C0BBB"/>
    <w:rsid w:val="002C33F1"/>
    <w:rsid w:val="002E7911"/>
    <w:rsid w:val="00326F90"/>
    <w:rsid w:val="003648D8"/>
    <w:rsid w:val="003B127B"/>
    <w:rsid w:val="003D64E3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724F9"/>
    <w:rsid w:val="00581400"/>
    <w:rsid w:val="005A2F22"/>
    <w:rsid w:val="005B622B"/>
    <w:rsid w:val="005D1337"/>
    <w:rsid w:val="005F3A0C"/>
    <w:rsid w:val="00625F5A"/>
    <w:rsid w:val="00636638"/>
    <w:rsid w:val="0066138C"/>
    <w:rsid w:val="00670FC4"/>
    <w:rsid w:val="00682854"/>
    <w:rsid w:val="006A2E73"/>
    <w:rsid w:val="006B4A39"/>
    <w:rsid w:val="006D2309"/>
    <w:rsid w:val="00705A8E"/>
    <w:rsid w:val="00751DEA"/>
    <w:rsid w:val="007801AA"/>
    <w:rsid w:val="00795613"/>
    <w:rsid w:val="007A6E40"/>
    <w:rsid w:val="007E1AE6"/>
    <w:rsid w:val="007E20AF"/>
    <w:rsid w:val="00805A26"/>
    <w:rsid w:val="00825B5C"/>
    <w:rsid w:val="008260B0"/>
    <w:rsid w:val="0083300E"/>
    <w:rsid w:val="00862F2F"/>
    <w:rsid w:val="00894FF2"/>
    <w:rsid w:val="008A1422"/>
    <w:rsid w:val="008C5283"/>
    <w:rsid w:val="008D3CD8"/>
    <w:rsid w:val="009731F0"/>
    <w:rsid w:val="0097449D"/>
    <w:rsid w:val="00974EC3"/>
    <w:rsid w:val="009A159E"/>
    <w:rsid w:val="009B3929"/>
    <w:rsid w:val="009B5691"/>
    <w:rsid w:val="009C4E53"/>
    <w:rsid w:val="009F5A7F"/>
    <w:rsid w:val="00A037D3"/>
    <w:rsid w:val="00A04FF5"/>
    <w:rsid w:val="00A83BBC"/>
    <w:rsid w:val="00AA1D8D"/>
    <w:rsid w:val="00AA30D5"/>
    <w:rsid w:val="00AA4E25"/>
    <w:rsid w:val="00B47730"/>
    <w:rsid w:val="00B51079"/>
    <w:rsid w:val="00B62C11"/>
    <w:rsid w:val="00BF2524"/>
    <w:rsid w:val="00C21751"/>
    <w:rsid w:val="00C24E91"/>
    <w:rsid w:val="00C41B55"/>
    <w:rsid w:val="00C55E5D"/>
    <w:rsid w:val="00C6397D"/>
    <w:rsid w:val="00C707A9"/>
    <w:rsid w:val="00CB0664"/>
    <w:rsid w:val="00CB5404"/>
    <w:rsid w:val="00CC0D1F"/>
    <w:rsid w:val="00CD1E4A"/>
    <w:rsid w:val="00D000BA"/>
    <w:rsid w:val="00D055C2"/>
    <w:rsid w:val="00D45743"/>
    <w:rsid w:val="00D70084"/>
    <w:rsid w:val="00D76EDA"/>
    <w:rsid w:val="00D938C4"/>
    <w:rsid w:val="00DA10F5"/>
    <w:rsid w:val="00E110A8"/>
    <w:rsid w:val="00E359B0"/>
    <w:rsid w:val="00E45F29"/>
    <w:rsid w:val="00E55978"/>
    <w:rsid w:val="00EA173B"/>
    <w:rsid w:val="00EB55C2"/>
    <w:rsid w:val="00F23EED"/>
    <w:rsid w:val="00F330C1"/>
    <w:rsid w:val="00F529E3"/>
    <w:rsid w:val="00F67B53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580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gramkan</cp:lastModifiedBy>
  <cp:revision>10</cp:revision>
  <cp:lastPrinted>2025-10-10T10:54:00Z</cp:lastPrinted>
  <dcterms:created xsi:type="dcterms:W3CDTF">2026-01-29T11:31:00Z</dcterms:created>
  <dcterms:modified xsi:type="dcterms:W3CDTF">2026-03-03T07:54:00Z</dcterms:modified>
</cp:coreProperties>
</file>